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56"/>
        <w:tblW w:w="9464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412"/>
      </w:tblGrid>
      <w:tr w:rsidR="00DF5215" w14:paraId="50608873" w14:textId="77777777" w:rsidTr="00DF5215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A607" w14:textId="77777777" w:rsidR="00DF5215" w:rsidRDefault="00DF5215" w:rsidP="00DF5215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30E9BC4E" wp14:editId="11E9D2A8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282000" w14:textId="77777777" w:rsidR="00DF5215" w:rsidRDefault="00DF5215" w:rsidP="00DF5215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DF5215" w14:paraId="4A95AC57" w14:textId="77777777" w:rsidTr="00DF5215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8590" w14:textId="77777777" w:rsidR="00DF5215" w:rsidRDefault="00DF5215" w:rsidP="00DF5215">
            <w:pPr>
              <w:rPr>
                <w:sz w:val="22"/>
              </w:rPr>
            </w:pPr>
          </w:p>
        </w:tc>
        <w:tc>
          <w:tcPr>
            <w:tcW w:w="7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939A5D" w14:textId="77777777" w:rsidR="00DF5215" w:rsidRDefault="00DF5215" w:rsidP="00DF5215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DF5215" w14:paraId="05C78B91" w14:textId="77777777" w:rsidTr="00DF5215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552D" w14:textId="77777777" w:rsidR="00DF5215" w:rsidRDefault="00DF5215" w:rsidP="00DF5215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2D9BCE" w14:textId="77777777" w:rsidR="00DF5215" w:rsidRDefault="00DF5215" w:rsidP="00DF5215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BEFC6F" w14:textId="77777777" w:rsidR="00DF5215" w:rsidRDefault="00DF5215" w:rsidP="00DF5215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3EE71CEB" w14:textId="77777777" w:rsidR="00DF5215" w:rsidRDefault="00DF5215" w:rsidP="00DF5215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434D411B" w14:textId="77777777" w:rsidR="00DF5215" w:rsidRDefault="00DF5215" w:rsidP="00DF5215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DF5215" w14:paraId="3558FCD6" w14:textId="77777777" w:rsidTr="00DF5215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FC96" w14:textId="77777777" w:rsidR="00DF5215" w:rsidRDefault="00DF5215" w:rsidP="00DF5215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83E833" w14:textId="77777777" w:rsidR="00DF5215" w:rsidRDefault="00DF5215" w:rsidP="00DF5215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506FC0F9" w14:textId="77777777" w:rsidR="00DF5215" w:rsidRDefault="00DF5215" w:rsidP="00DF5215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6A4ADF21" w14:textId="77777777" w:rsidR="00DF5215" w:rsidRDefault="00DF5215" w:rsidP="00DF5215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5EEA8D" w14:textId="77777777" w:rsidR="00DF5215" w:rsidRDefault="00DF5215" w:rsidP="00DF5215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DF5215" w14:paraId="3FA4D0C4" w14:textId="77777777" w:rsidTr="00DF5215">
        <w:trPr>
          <w:trHeight w:val="229"/>
        </w:trPr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80E0" w14:textId="77777777" w:rsidR="00DF5215" w:rsidRDefault="00DF5215" w:rsidP="00DF5215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270E3DFE" w14:textId="77777777" w:rsidR="00DF5215" w:rsidRDefault="00DF5215" w:rsidP="00DF5215">
      <w:pPr>
        <w:spacing w:before="80" w:after="40"/>
        <w:rPr>
          <w:b/>
          <w:sz w:val="28"/>
          <w:lang w:val="fr-FR"/>
        </w:rPr>
      </w:pPr>
    </w:p>
    <w:p w14:paraId="0C76C39C" w14:textId="77777777" w:rsidR="00DF5215" w:rsidRDefault="00DF5215" w:rsidP="00DF5215">
      <w:pPr>
        <w:spacing w:before="80" w:after="60"/>
        <w:rPr>
          <w:b/>
        </w:rPr>
      </w:pPr>
    </w:p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8E74CE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8E74CE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8E74C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titularului</w:t>
            </w:r>
            <w:proofErr w:type="spellEnd"/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8E74CE">
            <w:pPr>
              <w:rPr>
                <w:lang w:val="fr-FR"/>
              </w:rPr>
            </w:pPr>
            <w:proofErr w:type="spellStart"/>
            <w:r w:rsidRPr="00EC4C89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de construire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inițială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8E74CE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8E74CE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8E74C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8E74C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8E74CE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8E74CE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8E74CE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346E9BCC" w14:textId="77777777" w:rsidR="00BF6E35" w:rsidRPr="00013717" w:rsidRDefault="008E74CE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8E74CE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8E74CE">
            <w:proofErr w:type="spellStart"/>
            <w:r>
              <w:rPr>
                <w:b/>
                <w:color w:val="0D5F78"/>
              </w:rPr>
              <w:t>Cartea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8E74CE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8E74CE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8E74CE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actualizate</w:t>
            </w:r>
            <w:proofErr w:type="spellEnd"/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elaborat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1B64E715" w14:textId="77777777" w:rsidR="00BF6E35" w:rsidRDefault="008E74CE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</w:t>
            </w:r>
            <w:r>
              <w:rPr>
                <w:i/>
                <w:color w:val="7A7A7A"/>
              </w:rPr>
              <w:t xml:space="preserve">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8E74CE">
            <w:pPr>
              <w:keepNext/>
            </w:pP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2B4C643E" w14:textId="77777777" w:rsidR="00BF6E35" w:rsidRDefault="008E74CE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149B56B2" w14:textId="77777777" w:rsidR="00BF6E35" w:rsidRDefault="008E74CE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8E74CE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8E74CE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proofErr w:type="spellStart"/>
            <w:r w:rsidRPr="00EC4C89">
              <w:rPr>
                <w:lang w:val="fr-FR"/>
              </w:rPr>
              <w:t>Prezenta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autorizație</w:t>
            </w:r>
            <w:proofErr w:type="spellEnd"/>
            <w:r w:rsidRPr="00EC4C89">
              <w:rPr>
                <w:lang w:val="fr-FR"/>
              </w:rPr>
              <w:t xml:space="preserve"> de </w:t>
            </w:r>
            <w:proofErr w:type="spellStart"/>
            <w:r w:rsidRPr="00EC4C89">
              <w:rPr>
                <w:lang w:val="fr-FR"/>
              </w:rPr>
              <w:t>modificare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determină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încetarea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valabilității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autorizației</w:t>
            </w:r>
            <w:proofErr w:type="spellEnd"/>
            <w:r w:rsidRPr="00EC4C89">
              <w:rPr>
                <w:lang w:val="fr-FR"/>
              </w:rPr>
              <w:t xml:space="preserve"> de construire </w:t>
            </w:r>
            <w:proofErr w:type="spellStart"/>
            <w:r w:rsidRPr="00EC4C89">
              <w:rPr>
                <w:lang w:val="fr-FR"/>
              </w:rPr>
              <w:t>indicate</w:t>
            </w:r>
            <w:proofErr w:type="spellEnd"/>
            <w:r w:rsidRPr="00EC4C89">
              <w:rPr>
                <w:lang w:val="fr-FR"/>
              </w:rPr>
              <w:t xml:space="preserve"> mai sus </w:t>
            </w:r>
            <w:proofErr w:type="spellStart"/>
            <w:r w:rsidRPr="00EC4C89">
              <w:rPr>
                <w:lang w:val="fr-FR"/>
              </w:rPr>
              <w:t>pentru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elementele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modificate</w:t>
            </w:r>
            <w:proofErr w:type="spellEnd"/>
            <w:r w:rsidRPr="00EC4C89">
              <w:rPr>
                <w:lang w:val="fr-FR"/>
              </w:rPr>
              <w:t xml:space="preserve">, </w:t>
            </w:r>
            <w:proofErr w:type="spellStart"/>
            <w:r w:rsidRPr="00EC4C89">
              <w:rPr>
                <w:lang w:val="fr-FR"/>
              </w:rPr>
              <w:t>lucrările</w:t>
            </w:r>
            <w:proofErr w:type="spellEnd"/>
            <w:r w:rsidRPr="00EC4C89">
              <w:rPr>
                <w:lang w:val="fr-FR"/>
              </w:rPr>
              <w:t xml:space="preserve"> de construire </w:t>
            </w:r>
            <w:proofErr w:type="spellStart"/>
            <w:r w:rsidRPr="00EC4C89">
              <w:rPr>
                <w:lang w:val="fr-FR"/>
              </w:rPr>
              <w:t>pentru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acestea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urmând</w:t>
            </w:r>
            <w:proofErr w:type="spellEnd"/>
            <w:r w:rsidRPr="00EC4C89">
              <w:rPr>
                <w:lang w:val="fr-FR"/>
              </w:rPr>
              <w:t xml:space="preserve"> a se </w:t>
            </w:r>
            <w:proofErr w:type="spellStart"/>
            <w:r w:rsidRPr="00EC4C89">
              <w:rPr>
                <w:lang w:val="fr-FR"/>
              </w:rPr>
              <w:t>executa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conform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proiectului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pentru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autorizare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actualizat</w:t>
            </w:r>
            <w:proofErr w:type="spellEnd"/>
            <w:r w:rsidRPr="00EC4C89">
              <w:rPr>
                <w:lang w:val="fr-FR"/>
              </w:rPr>
              <w:t xml:space="preserve">, </w:t>
            </w:r>
            <w:proofErr w:type="spellStart"/>
            <w:r w:rsidRPr="00EC4C89">
              <w:rPr>
                <w:lang w:val="fr-FR"/>
              </w:rPr>
              <w:t>atașat</w:t>
            </w:r>
            <w:proofErr w:type="spellEnd"/>
            <w:r w:rsidRPr="00EC4C89">
              <w:rPr>
                <w:lang w:val="fr-FR"/>
              </w:rPr>
              <w:t xml:space="preserve">, </w:t>
            </w:r>
            <w:proofErr w:type="spellStart"/>
            <w:r w:rsidRPr="00EC4C89">
              <w:rPr>
                <w:lang w:val="fr-FR"/>
              </w:rPr>
              <w:t>în</w:t>
            </w:r>
            <w:proofErr w:type="spellEnd"/>
            <w:r w:rsidRPr="00EC4C89">
              <w:rPr>
                <w:lang w:val="fr-FR"/>
              </w:rPr>
              <w:t xml:space="preserve"> </w:t>
            </w:r>
            <w:proofErr w:type="spellStart"/>
            <w:r w:rsidRPr="00EC4C89">
              <w:rPr>
                <w:lang w:val="fr-FR"/>
              </w:rPr>
              <w:t>termenul</w:t>
            </w:r>
            <w:proofErr w:type="spellEnd"/>
            <w:r w:rsidRPr="00EC4C89">
              <w:rPr>
                <w:lang w:val="fr-FR"/>
              </w:rPr>
              <w:t xml:space="preserve"> de </w:t>
            </w:r>
            <w:proofErr w:type="spellStart"/>
            <w:r w:rsidRPr="00EC4C89">
              <w:rPr>
                <w:lang w:val="fr-FR"/>
              </w:rPr>
              <w:t>valabilitate</w:t>
            </w:r>
            <w:proofErr w:type="spellEnd"/>
            <w:r w:rsidRPr="00EC4C89">
              <w:rPr>
                <w:lang w:val="fr-FR"/>
              </w:rPr>
              <w:t xml:space="preserve"> al </w:t>
            </w:r>
            <w:proofErr w:type="spellStart"/>
            <w:r w:rsidRPr="00EC4C89">
              <w:rPr>
                <w:lang w:val="fr-FR"/>
              </w:rPr>
              <w:t>autorizației</w:t>
            </w:r>
            <w:proofErr w:type="spellEnd"/>
            <w:r w:rsidRPr="00EC4C89">
              <w:rPr>
                <w:lang w:val="fr-FR"/>
              </w:rPr>
              <w:t xml:space="preserve"> de construire </w:t>
            </w:r>
            <w:proofErr w:type="spellStart"/>
            <w:r w:rsidRPr="00EC4C89">
              <w:rPr>
                <w:lang w:val="fr-FR"/>
              </w:rPr>
              <w:t>iniţiale</w:t>
            </w:r>
            <w:proofErr w:type="spellEnd"/>
            <w:r w:rsidRPr="00EC4C89">
              <w:rPr>
                <w:lang w:val="fr-FR"/>
              </w:rPr>
              <w:t>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8E74CE">
            <w:pPr>
              <w:keepNext/>
            </w:pPr>
            <w:proofErr w:type="spellStart"/>
            <w:r>
              <w:rPr>
                <w:b/>
                <w:color w:val="0D5F78"/>
              </w:rPr>
              <w:t>Autorizația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construire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8E74C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8E74CE">
            <w:pPr>
              <w:keepNext/>
              <w:rPr>
                <w:lang w:val="fr-FR"/>
              </w:rPr>
            </w:pPr>
            <w:proofErr w:type="spellStart"/>
            <w:r w:rsidRPr="00EC4C89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al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autorizației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inițiale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până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8E74CE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8E74CE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8E74CE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CA578B7" w14:textId="77777777" w:rsidR="00BF6E35" w:rsidRDefault="008E74CE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8E74CE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3FC23A2B" w14:textId="77777777" w:rsidR="00BF6E35" w:rsidRDefault="008E74CE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8E74CE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8E74CE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8E74CE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8E74CE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la data</w:t>
            </w:r>
          </w:p>
          <w:p w14:paraId="4A249B40" w14:textId="77777777" w:rsidR="00BF6E35" w:rsidRPr="00EC4C89" w:rsidRDefault="008E74CE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C4C89">
              <w:rPr>
                <w:i/>
                <w:color w:val="7A7A7A"/>
                <w:lang w:val="fr-FR"/>
              </w:rPr>
              <w:t>prin</w:t>
            </w:r>
            <w:proofErr w:type="spellEnd"/>
            <w:r w:rsidRPr="00EC4C89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C4C89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C4C89">
              <w:rPr>
                <w:i/>
                <w:color w:val="7A7A7A"/>
                <w:lang w:val="fr-FR"/>
              </w:rPr>
              <w:t xml:space="preserve">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A23C8" w14:textId="77777777" w:rsidR="008E74CE" w:rsidRDefault="008E74CE">
      <w:r>
        <w:separator/>
      </w:r>
    </w:p>
  </w:endnote>
  <w:endnote w:type="continuationSeparator" w:id="0">
    <w:p w14:paraId="4F83170C" w14:textId="77777777" w:rsidR="008E74CE" w:rsidRDefault="008E7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6E498" w14:textId="6DE142AA" w:rsidR="00BF6E35" w:rsidRDefault="008E74CE">
    <w:pPr>
      <w:pStyle w:val="Footer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4845F" w14:textId="77777777" w:rsidR="008E74CE" w:rsidRDefault="008E74CE">
      <w:r>
        <w:separator/>
      </w:r>
    </w:p>
  </w:footnote>
  <w:footnote w:type="continuationSeparator" w:id="0">
    <w:p w14:paraId="43CE01F5" w14:textId="77777777" w:rsidR="008E74CE" w:rsidRDefault="008E7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8E74CE"/>
    <w:rsid w:val="00954D2B"/>
    <w:rsid w:val="00AA1D8D"/>
    <w:rsid w:val="00AC68BE"/>
    <w:rsid w:val="00B47730"/>
    <w:rsid w:val="00BF6E35"/>
    <w:rsid w:val="00CB0664"/>
    <w:rsid w:val="00CC5CFD"/>
    <w:rsid w:val="00DF5215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F52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8E7B2A-707A-46DA-930C-3F917F63A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398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2026-09-23T10:07:00Z</dcterms:modified>
  <cp:category/>
</cp:coreProperties>
</file>